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EBC1ED" w14:textId="77777777" w:rsidR="000665C7" w:rsidRDefault="00000000">
      <w:pPr>
        <w:spacing w:after="40"/>
      </w:pPr>
      <w:r>
        <w:rPr>
          <w:b/>
          <w:color w:val="294C5A"/>
          <w:sz w:val="50"/>
        </w:rPr>
        <w:t>Freiwillige Foto- und Testimonialfreigabe</w:t>
      </w:r>
    </w:p>
    <w:p w14:paraId="317B7A0A" w14:textId="77777777" w:rsidR="000665C7" w:rsidRDefault="00000000">
      <w:pPr>
        <w:spacing w:after="260"/>
        <w:jc w:val="left"/>
      </w:pPr>
      <w:r>
        <w:rPr>
          <w:i/>
          <w:color w:val="667378"/>
          <w:sz w:val="19"/>
        </w:rPr>
        <w:t>Separat von der Betreuung - jederzeit für künftige Verwendungen widerrufbar | Finale Fassung | Stand 26. August 2026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696"/>
      </w:tblGrid>
      <w:tr w:rsidR="000665C7" w14:paraId="31DE5FDB" w14:textId="77777777">
        <w:tc>
          <w:tcPr>
            <w:tcW w:w="2880" w:type="dxa"/>
            <w:shd w:val="clear" w:color="auto" w:fill="EAF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059C69" w14:textId="69EA35CB" w:rsidR="000665C7" w:rsidRDefault="003C68F4">
            <w:r>
              <w:rPr>
                <w:b/>
                <w:color w:val="294C5A"/>
                <w:sz w:val="19"/>
              </w:rPr>
              <w:t>BesitzerIn</w:t>
            </w:r>
          </w:p>
        </w:tc>
        <w:tc>
          <w:tcPr>
            <w:tcW w:w="66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4E4CA0" w14:textId="77777777" w:rsidR="000665C7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0665C7" w14:paraId="2E7C07D5" w14:textId="77777777">
        <w:tc>
          <w:tcPr>
            <w:tcW w:w="2880" w:type="dxa"/>
            <w:shd w:val="clear" w:color="auto" w:fill="EAF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102435" w14:textId="77777777" w:rsidR="000665C7" w:rsidRDefault="00000000">
            <w:r>
              <w:rPr>
                <w:b/>
                <w:color w:val="294C5A"/>
                <w:sz w:val="19"/>
              </w:rPr>
              <w:t>Hund</w:t>
            </w:r>
          </w:p>
        </w:tc>
        <w:tc>
          <w:tcPr>
            <w:tcW w:w="66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49E250" w14:textId="77777777" w:rsidR="000665C7" w:rsidRDefault="00000000">
            <w:r>
              <w:rPr>
                <w:sz w:val="20"/>
              </w:rPr>
              <w:t>____________________________________________</w:t>
            </w:r>
          </w:p>
        </w:tc>
      </w:tr>
    </w:tbl>
    <w:p w14:paraId="67453817" w14:textId="77777777" w:rsidR="000665C7" w:rsidRDefault="000665C7">
      <w:pPr>
        <w:spacing w:after="0"/>
      </w:pPr>
    </w:p>
    <w:p w14:paraId="6585AFA8" w14:textId="77777777" w:rsidR="000665C7" w:rsidRDefault="00000000">
      <w:r>
        <w:rPr>
          <w:sz w:val="22"/>
        </w:rPr>
        <w:t>Ich erlaube Ruth Graf freiwillig, die von mir ausgewählten und freigegebenen Inhalte wie folgt zu verwenden:</w:t>
      </w:r>
    </w:p>
    <w:p w14:paraId="54B0B00C" w14:textId="77777777" w:rsidR="000665C7" w:rsidRDefault="00000000">
      <w:pPr>
        <w:pStyle w:val="Aufzhlungszeichen"/>
        <w:spacing w:after="60"/>
        <w:ind w:left="403" w:hanging="230"/>
      </w:pPr>
      <w:r>
        <w:rPr>
          <w:sz w:val="22"/>
        </w:rPr>
        <w:t>☐ Foto(s) meines Hundes auf der Website</w:t>
      </w:r>
    </w:p>
    <w:p w14:paraId="195EAB68" w14:textId="77777777" w:rsidR="000665C7" w:rsidRDefault="00000000">
      <w:pPr>
        <w:pStyle w:val="Aufzhlungszeichen"/>
        <w:spacing w:after="60"/>
        <w:ind w:left="403" w:hanging="230"/>
      </w:pPr>
      <w:r>
        <w:rPr>
          <w:sz w:val="22"/>
        </w:rPr>
        <w:t>☐ Foto(s) meines Hundes auf Social Media</w:t>
      </w:r>
    </w:p>
    <w:p w14:paraId="5FE26F99" w14:textId="77777777" w:rsidR="000665C7" w:rsidRDefault="00000000">
      <w:pPr>
        <w:pStyle w:val="Aufzhlungszeichen"/>
        <w:spacing w:after="60"/>
        <w:ind w:left="403" w:hanging="230"/>
      </w:pPr>
      <w:r>
        <w:rPr>
          <w:sz w:val="22"/>
        </w:rPr>
        <w:t>☐ folgendes Testimonial: ____________________________________________</w:t>
      </w:r>
      <w:r>
        <w:rPr>
          <w:sz w:val="22"/>
        </w:rPr>
        <w:br/>
        <w:t xml:space="preserve">   _________________________________________________________________</w:t>
      </w:r>
    </w:p>
    <w:p w14:paraId="0CE030FA" w14:textId="77777777" w:rsidR="000665C7" w:rsidRDefault="00000000">
      <w:pPr>
        <w:pStyle w:val="Aufzhlungszeichen"/>
        <w:spacing w:after="60"/>
        <w:ind w:left="403" w:hanging="230"/>
      </w:pPr>
      <w:r>
        <w:rPr>
          <w:sz w:val="22"/>
        </w:rPr>
        <w:t>☐ Name des Hundes darf genannt werden</w:t>
      </w:r>
    </w:p>
    <w:p w14:paraId="0FC3ABFB" w14:textId="77777777" w:rsidR="000665C7" w:rsidRDefault="00000000">
      <w:pPr>
        <w:pStyle w:val="Aufzhlungszeichen"/>
        <w:spacing w:after="60"/>
        <w:ind w:left="403" w:hanging="230"/>
      </w:pPr>
      <w:r>
        <w:rPr>
          <w:sz w:val="22"/>
        </w:rPr>
        <w:t>☐ mein Vorname darf genannt werden</w:t>
      </w:r>
    </w:p>
    <w:p w14:paraId="60A988C2" w14:textId="77777777" w:rsidR="000665C7" w:rsidRDefault="00000000">
      <w:pPr>
        <w:pStyle w:val="Aufzhlungszeichen"/>
        <w:spacing w:after="60"/>
        <w:ind w:left="403" w:hanging="230"/>
      </w:pPr>
      <w:r>
        <w:rPr>
          <w:sz w:val="22"/>
        </w:rPr>
        <w:t>☐ ich möchte anonym genannt werden</w:t>
      </w:r>
    </w:p>
    <w:p w14:paraId="62F06CBE" w14:textId="77777777" w:rsidR="000665C7" w:rsidRDefault="00000000">
      <w:r>
        <w:rPr>
          <w:sz w:val="22"/>
        </w:rPr>
        <w:t>Die Freigabe kann jederzeit für künftige Veröffentlichungen widerrufen werden. Bereits rechtmässig veröffentlichte Drucksachen müssen nicht zurückgerufen werden. Es werden keine erkennbaren Personen veröffentlicht, sofern diese nicht ebenfalls zugestimmt haben.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696"/>
      </w:tblGrid>
      <w:tr w:rsidR="000665C7" w14:paraId="04AF4B4A" w14:textId="77777777">
        <w:tc>
          <w:tcPr>
            <w:tcW w:w="2880" w:type="dxa"/>
            <w:shd w:val="clear" w:color="auto" w:fill="EAF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888EF0" w14:textId="77777777" w:rsidR="000665C7" w:rsidRDefault="00000000">
            <w:r>
              <w:rPr>
                <w:b/>
                <w:color w:val="294C5A"/>
                <w:sz w:val="19"/>
              </w:rPr>
              <w:t>Ort / Datum</w:t>
            </w:r>
          </w:p>
        </w:tc>
        <w:tc>
          <w:tcPr>
            <w:tcW w:w="66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E065D3" w14:textId="77777777" w:rsidR="000665C7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0665C7" w14:paraId="304EC683" w14:textId="77777777">
        <w:tc>
          <w:tcPr>
            <w:tcW w:w="2880" w:type="dxa"/>
            <w:shd w:val="clear" w:color="auto" w:fill="EAF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E7FE1E" w14:textId="77777777" w:rsidR="000665C7" w:rsidRDefault="00000000">
            <w:r>
              <w:rPr>
                <w:b/>
                <w:color w:val="294C5A"/>
                <w:sz w:val="19"/>
              </w:rPr>
              <w:t>Unterschrift</w:t>
            </w:r>
          </w:p>
        </w:tc>
        <w:tc>
          <w:tcPr>
            <w:tcW w:w="66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0CB37F" w14:textId="77777777" w:rsidR="000665C7" w:rsidRDefault="00000000">
            <w:r>
              <w:rPr>
                <w:sz w:val="20"/>
              </w:rPr>
              <w:t>____________________________________________</w:t>
            </w:r>
          </w:p>
        </w:tc>
      </w:tr>
    </w:tbl>
    <w:p w14:paraId="59224BFB" w14:textId="77777777" w:rsidR="000665C7" w:rsidRDefault="000665C7">
      <w:pPr>
        <w:spacing w:after="0"/>
      </w:pPr>
    </w:p>
    <w:sectPr w:rsidR="000665C7" w:rsidSect="00034616">
      <w:headerReference w:type="default" r:id="rId8"/>
      <w:footerReference w:type="default" r:id="rId9"/>
      <w:pgSz w:w="12240" w:h="15840"/>
      <w:pgMar w:top="1037" w:right="1181" w:bottom="979" w:left="1181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562DB0" w14:textId="77777777" w:rsidR="00406085" w:rsidRDefault="00406085">
      <w:pPr>
        <w:spacing w:after="0" w:line="240" w:lineRule="auto"/>
      </w:pPr>
      <w:r>
        <w:separator/>
      </w:r>
    </w:p>
  </w:endnote>
  <w:endnote w:type="continuationSeparator" w:id="0">
    <w:p w14:paraId="224EAE28" w14:textId="77777777" w:rsidR="00406085" w:rsidRDefault="00406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3B2393" w14:textId="77777777" w:rsidR="000665C7" w:rsidRDefault="00000000">
    <w:pPr>
      <w:pStyle w:val="Fuzeile"/>
      <w:jc w:val="center"/>
    </w:pPr>
    <w:r>
      <w:rPr>
        <w:color w:val="667378"/>
        <w:sz w:val="16"/>
      </w:rPr>
      <w:t xml:space="preserve">Ruth </w:t>
    </w:r>
    <w:proofErr w:type="gramStart"/>
    <w:r>
      <w:rPr>
        <w:color w:val="667378"/>
        <w:sz w:val="16"/>
      </w:rPr>
      <w:t>Graf  |</w:t>
    </w:r>
    <w:proofErr w:type="gramEnd"/>
    <w:r>
      <w:rPr>
        <w:color w:val="667378"/>
        <w:sz w:val="16"/>
      </w:rPr>
      <w:t xml:space="preserve">  </w:t>
    </w:r>
    <w:proofErr w:type="spellStart"/>
    <w:r>
      <w:rPr>
        <w:color w:val="667378"/>
        <w:sz w:val="16"/>
      </w:rPr>
      <w:t>Chriesbaumhofstrasse</w:t>
    </w:r>
    <w:proofErr w:type="spellEnd"/>
    <w:r>
      <w:rPr>
        <w:color w:val="667378"/>
        <w:sz w:val="16"/>
      </w:rPr>
      <w:t xml:space="preserve"> </w:t>
    </w:r>
    <w:proofErr w:type="gramStart"/>
    <w:r>
      <w:rPr>
        <w:color w:val="667378"/>
        <w:sz w:val="16"/>
      </w:rPr>
      <w:t>32  |</w:t>
    </w:r>
    <w:proofErr w:type="gramEnd"/>
    <w:r>
      <w:rPr>
        <w:color w:val="667378"/>
        <w:sz w:val="16"/>
      </w:rPr>
      <w:t xml:space="preserve">  6404 </w:t>
    </w:r>
    <w:proofErr w:type="spellStart"/>
    <w:proofErr w:type="gramStart"/>
    <w:r>
      <w:rPr>
        <w:color w:val="667378"/>
        <w:sz w:val="16"/>
      </w:rPr>
      <w:t>Greppen</w:t>
    </w:r>
    <w:proofErr w:type="spellEnd"/>
    <w:r>
      <w:rPr>
        <w:color w:val="667378"/>
        <w:sz w:val="16"/>
      </w:rPr>
      <w:t xml:space="preserve">  |</w:t>
    </w:r>
    <w:proofErr w:type="gramEnd"/>
    <w:r>
      <w:rPr>
        <w:color w:val="667378"/>
        <w:sz w:val="16"/>
      </w:rPr>
      <w:t xml:space="preserve">  079 219 66 76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B8A19A" w14:textId="77777777" w:rsidR="00406085" w:rsidRDefault="00406085">
      <w:pPr>
        <w:spacing w:after="0" w:line="240" w:lineRule="auto"/>
      </w:pPr>
      <w:r>
        <w:separator/>
      </w:r>
    </w:p>
  </w:footnote>
  <w:footnote w:type="continuationSeparator" w:id="0">
    <w:p w14:paraId="0D066310" w14:textId="77777777" w:rsidR="00406085" w:rsidRDefault="00406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504F8B" w14:textId="77777777" w:rsidR="000665C7" w:rsidRDefault="00000000">
    <w:pPr>
      <w:spacing w:before="0" w:after="0"/>
      <w:jc w:val="right"/>
    </w:pPr>
    <w:r>
      <w:drawing>
        <wp:inline xmlns:a="http://schemas.openxmlformats.org/drawingml/2006/main" xmlns:pic="http://schemas.openxmlformats.org/drawingml/2006/picture">
          <wp:extent cx="774000" cy="774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qualitaetssiegel_sw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000" cy="7740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2023035">
    <w:abstractNumId w:val="8"/>
  </w:num>
  <w:num w:numId="2" w16cid:durableId="1431394989">
    <w:abstractNumId w:val="6"/>
  </w:num>
  <w:num w:numId="3" w16cid:durableId="661856224">
    <w:abstractNumId w:val="5"/>
  </w:num>
  <w:num w:numId="4" w16cid:durableId="738793452">
    <w:abstractNumId w:val="4"/>
  </w:num>
  <w:num w:numId="5" w16cid:durableId="1569025901">
    <w:abstractNumId w:val="7"/>
  </w:num>
  <w:num w:numId="6" w16cid:durableId="740296250">
    <w:abstractNumId w:val="3"/>
  </w:num>
  <w:num w:numId="7" w16cid:durableId="1979996757">
    <w:abstractNumId w:val="2"/>
  </w:num>
  <w:num w:numId="8" w16cid:durableId="1042171914">
    <w:abstractNumId w:val="1"/>
  </w:num>
  <w:num w:numId="9" w16cid:durableId="10476021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5C7"/>
    <w:rsid w:val="0015074B"/>
    <w:rsid w:val="0029639D"/>
    <w:rsid w:val="00326F90"/>
    <w:rsid w:val="003C68F4"/>
    <w:rsid w:val="00406085"/>
    <w:rsid w:val="00457FD1"/>
    <w:rsid w:val="004E6F5E"/>
    <w:rsid w:val="006A6BBE"/>
    <w:rsid w:val="007C675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F6CBAE1"/>
  <w14:defaultImageDpi w14:val="300"/>
  <w15:docId w15:val="{9A42E62F-F242-EC42-9110-E457C914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00" w:line="269" w:lineRule="auto"/>
    </w:pPr>
    <w:rPr>
      <w:rFonts w:ascii="Aptos" w:hAnsi="Aptos"/>
      <w:color w:val="243238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/>
      <w:b/>
      <w:bCs/>
      <w:color w:val="294C5A"/>
      <w:sz w:val="3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20"/>
      <w:outlineLvl w:val="1"/>
    </w:pPr>
    <w:rPr>
      <w:rFonts w:asciiTheme="majorHAnsi" w:eastAsiaTheme="majorEastAsia" w:hAnsiTheme="majorHAnsi" w:cstheme="majorBidi"/>
      <w:b/>
      <w:bCs/>
      <w:color w:val="294C5A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294C5A"/>
      <w:sz w:val="23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937</Characters>
  <Application>Microsoft Office Word</Application>
  <DocSecurity>0</DocSecurity>
  <Lines>23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Daniela Ciotto</cp:lastModifiedBy>
  <cp:revision>2</cp:revision>
  <dcterms:created xsi:type="dcterms:W3CDTF">2026-08-26T06:45:00Z</dcterms:created>
  <dcterms:modified xsi:type="dcterms:W3CDTF">2026-08-26T06:45:00Z</dcterms:modified>
  <cp:category/>
</cp:coreProperties>
</file>