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8A3E3F" w14:textId="77777777" w:rsidR="007E1C67" w:rsidRDefault="00000000">
      <w:pPr>
        <w:spacing w:after="0"/>
      </w:pPr>
      <w:r>
        <w:rPr>
          <w:b/>
          <w:color w:val="294C5A"/>
          <w:sz w:val="40"/>
        </w:rPr>
        <w:t>Übergabeprotokoll</w:t>
      </w:r>
    </w:p>
    <w:p w14:paraId="7582E075" w14:textId="77777777" w:rsidR="007E1C67" w:rsidRDefault="00000000">
      <w:pPr>
        <w:jc w:val="left"/>
      </w:pPr>
      <w:r>
        <w:rPr>
          <w:i/>
          <w:color w:val="667378"/>
          <w:sz w:val="19"/>
        </w:rPr>
        <w:t>Nur für aktuelle Veränderungen und nach Absprache - keine Wiederholung des Hundebogens | Finale Fassung | Stand 26. August 2026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696"/>
      </w:tblGrid>
      <w:tr w:rsidR="007E1C67" w14:paraId="38FDB393" w14:textId="77777777">
        <w:trPr>
          <w:cantSplit/>
        </w:trPr>
        <w:tc>
          <w:tcPr>
            <w:tcW w:w="2880" w:type="dxa"/>
            <w:shd w:val="clear" w:color="auto" w:fill="EAF2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E9E629" w14:textId="77777777" w:rsidR="007E1C67" w:rsidRDefault="00000000">
            <w:pPr>
              <w:spacing w:after="0"/>
            </w:pPr>
            <w:r>
              <w:rPr>
                <w:b/>
                <w:color w:val="294C5A"/>
                <w:sz w:val="17"/>
              </w:rPr>
              <w:t>Hund</w:t>
            </w:r>
          </w:p>
        </w:tc>
        <w:tc>
          <w:tcPr>
            <w:tcW w:w="6696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2F7DE7" w14:textId="77777777" w:rsidR="007E1C67" w:rsidRDefault="00000000">
            <w:pPr>
              <w:spacing w:after="0"/>
            </w:pPr>
            <w:r>
              <w:rPr>
                <w:sz w:val="17"/>
              </w:rPr>
              <w:t>____________________________________________</w:t>
            </w:r>
          </w:p>
        </w:tc>
      </w:tr>
      <w:tr w:rsidR="007E1C67" w14:paraId="60072C4A" w14:textId="77777777">
        <w:trPr>
          <w:cantSplit/>
        </w:trPr>
        <w:tc>
          <w:tcPr>
            <w:tcW w:w="2880" w:type="dxa"/>
            <w:shd w:val="clear" w:color="auto" w:fill="EAF2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DEF221" w14:textId="77777777" w:rsidR="007E1C67" w:rsidRDefault="00000000">
            <w:pPr>
              <w:spacing w:after="0"/>
            </w:pPr>
            <w:r>
              <w:rPr>
                <w:b/>
                <w:color w:val="294C5A"/>
                <w:sz w:val="17"/>
              </w:rPr>
              <w:t>Betreuungszeitraum</w:t>
            </w:r>
          </w:p>
        </w:tc>
        <w:tc>
          <w:tcPr>
            <w:tcW w:w="6696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FBE183" w14:textId="77777777" w:rsidR="007E1C67" w:rsidRDefault="00000000">
            <w:pPr>
              <w:spacing w:after="0"/>
            </w:pPr>
            <w:r>
              <w:rPr>
                <w:sz w:val="17"/>
              </w:rPr>
              <w:t>von ____________________ bis ____________________</w:t>
            </w:r>
          </w:p>
        </w:tc>
      </w:tr>
      <w:tr w:rsidR="007E1C67" w14:paraId="6EC684E6" w14:textId="77777777">
        <w:trPr>
          <w:cantSplit/>
        </w:trPr>
        <w:tc>
          <w:tcPr>
            <w:tcW w:w="2880" w:type="dxa"/>
            <w:shd w:val="clear" w:color="auto" w:fill="EAF2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3AFA96" w14:textId="77777777" w:rsidR="007E1C67" w:rsidRDefault="00000000">
            <w:pPr>
              <w:spacing w:after="0"/>
            </w:pPr>
            <w:r>
              <w:rPr>
                <w:b/>
                <w:color w:val="294C5A"/>
                <w:sz w:val="17"/>
              </w:rPr>
              <w:t>Erreichbar unter</w:t>
            </w:r>
          </w:p>
        </w:tc>
        <w:tc>
          <w:tcPr>
            <w:tcW w:w="6696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AC0EF5" w14:textId="77777777" w:rsidR="007E1C67" w:rsidRDefault="00000000">
            <w:pPr>
              <w:spacing w:after="0"/>
            </w:pPr>
            <w:r>
              <w:rPr>
                <w:sz w:val="17"/>
              </w:rPr>
              <w:t>____________________________________________</w:t>
            </w:r>
          </w:p>
        </w:tc>
      </w:tr>
      <w:tr w:rsidR="007E1C67" w14:paraId="006831D7" w14:textId="77777777">
        <w:trPr>
          <w:cantSplit/>
        </w:trPr>
        <w:tc>
          <w:tcPr>
            <w:tcW w:w="2880" w:type="dxa"/>
            <w:shd w:val="clear" w:color="auto" w:fill="EAF2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E558B9" w14:textId="77777777" w:rsidR="007E1C67" w:rsidRDefault="00000000">
            <w:pPr>
              <w:spacing w:after="0"/>
            </w:pPr>
            <w:r>
              <w:rPr>
                <w:b/>
                <w:color w:val="294C5A"/>
                <w:sz w:val="17"/>
              </w:rPr>
              <w:t>Notfallkontakt</w:t>
            </w:r>
          </w:p>
        </w:tc>
        <w:tc>
          <w:tcPr>
            <w:tcW w:w="6696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89A413" w14:textId="77777777" w:rsidR="007E1C67" w:rsidRDefault="00000000">
            <w:pPr>
              <w:spacing w:after="0"/>
            </w:pPr>
            <w:r>
              <w:rPr>
                <w:sz w:val="17"/>
              </w:rPr>
              <w:t>____________________________________________</w:t>
            </w:r>
          </w:p>
        </w:tc>
      </w:tr>
    </w:tbl>
    <w:p w14:paraId="384CBCC7" w14:textId="77777777" w:rsidR="007E1C67" w:rsidRDefault="007E1C67">
      <w:pPr>
        <w:spacing w:after="40"/>
      </w:pPr>
    </w:p>
    <w:p w14:paraId="72F2F68F" w14:textId="77777777" w:rsidR="007E1C67" w:rsidRDefault="00000000">
      <w:pPr>
        <w:pStyle w:val="berschrift1"/>
      </w:pPr>
      <w:r>
        <w:t>Aktuelle Veränderungen seit dem Hundebogen</w:t>
      </w:r>
    </w:p>
    <w:p w14:paraId="6DE9B31F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keine</w:t>
      </w:r>
    </w:p>
    <w:p w14:paraId="3989B11C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Gesundheit / Verletzung: __________________________________________</w:t>
      </w:r>
    </w:p>
    <w:p w14:paraId="725C5AF5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Verhalten / Läufigkeit: ___________________________________________</w:t>
      </w:r>
    </w:p>
    <w:p w14:paraId="5C1A5666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Fütterung / Medikamente: _________________________________________</w:t>
      </w:r>
    </w:p>
    <w:p w14:paraId="79716862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anderes: _______________________________________________________</w:t>
      </w:r>
    </w:p>
    <w:p w14:paraId="0EBE75EF" w14:textId="77777777" w:rsidR="007E1C67" w:rsidRDefault="00000000">
      <w:pPr>
        <w:pStyle w:val="berschrift1"/>
      </w:pPr>
      <w:r>
        <w:t>Mitgebracht</w:t>
      </w:r>
    </w:p>
    <w:p w14:paraId="3BBF0EBE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Futter / Menge: _________________________________________________</w:t>
      </w:r>
    </w:p>
    <w:p w14:paraId="2BA55C5A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Halsband oder Brustgeschirr und Leine</w:t>
      </w:r>
    </w:p>
    <w:p w14:paraId="01D4AD8F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Medikamente: ___________________________________________________</w:t>
      </w:r>
    </w:p>
    <w:p w14:paraId="5712F7A7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Decke / Körbchen / weitere Sachen: _________________________________</w:t>
      </w:r>
    </w:p>
    <w:p w14:paraId="0DB39E0F" w14:textId="77777777" w:rsidR="007E1C67" w:rsidRDefault="00000000">
      <w:pPr>
        <w:pStyle w:val="Aufzhlungszeichen"/>
        <w:spacing w:after="40"/>
        <w:ind w:left="403" w:hanging="230"/>
      </w:pPr>
      <w:r>
        <w:rPr>
          <w:sz w:val="18"/>
        </w:rPr>
        <w:t>☐ Impfpass / Heimtierausweis, falls vereinbart</w:t>
      </w:r>
    </w:p>
    <w:p w14:paraId="3EC36E81" w14:textId="77777777" w:rsidR="007E1C67" w:rsidRDefault="00000000">
      <w:pPr>
        <w:pStyle w:val="berschrift1"/>
      </w:pPr>
      <w:r>
        <w:t>Zustand bei Übergabe</w:t>
      </w:r>
    </w:p>
    <w:p w14:paraId="6A732885" w14:textId="77777777" w:rsidR="007E1C67" w:rsidRDefault="00000000">
      <w:pPr>
        <w:spacing w:after="40"/>
      </w:pPr>
      <w:r>
        <w:rPr>
          <w:sz w:val="18"/>
        </w:rPr>
        <w:t>☐ ohne sichtbare Besonderheiten</w:t>
      </w:r>
    </w:p>
    <w:p w14:paraId="5EE67877" w14:textId="77777777" w:rsidR="007E1C67" w:rsidRDefault="00000000">
      <w:pPr>
        <w:spacing w:after="40"/>
      </w:pPr>
      <w:r>
        <w:rPr>
          <w:sz w:val="18"/>
        </w:rPr>
        <w:t>Besonderheiten: ____________________________________________________________________</w:t>
      </w:r>
      <w:r>
        <w:rPr>
          <w:sz w:val="18"/>
        </w:rPr>
        <w:br/>
        <w:t>__________________________________________________________________________________</w:t>
      </w:r>
    </w:p>
    <w:p w14:paraId="4AA85AA0" w14:textId="77777777" w:rsidR="007E1C67" w:rsidRDefault="00000000">
      <w:pPr>
        <w:spacing w:after="40"/>
      </w:pPr>
      <w:r>
        <w:rPr>
          <w:sz w:val="18"/>
        </w:rPr>
        <w:t>Ich erstelle eine Fotodokumentation nur bei kritischem oder auffälligem Zustand und mit Zustimmung:  ☐ ja  ☐ nein</w:t>
      </w:r>
    </w:p>
    <w:p w14:paraId="37A98D75" w14:textId="77777777" w:rsidR="007E1C67" w:rsidRDefault="00000000">
      <w:pPr>
        <w:pStyle w:val="berschrift1"/>
      </w:pPr>
      <w:r>
        <w:t>Kurze Rückmeldung bei Abholung</w:t>
      </w:r>
    </w:p>
    <w:p w14:paraId="7EA49977" w14:textId="77777777" w:rsidR="007E1C67" w:rsidRDefault="00000000">
      <w:pPr>
        <w:spacing w:after="40"/>
      </w:pPr>
      <w:r>
        <w:rPr>
          <w:sz w:val="18"/>
        </w:rPr>
        <w:t>Fressen / Medikamente / Wohlbefinden / besondere Beobachtungen:</w:t>
      </w:r>
      <w:r>
        <w:rPr>
          <w:sz w:val="18"/>
        </w:rPr>
        <w:br/>
        <w:t>__________________________________________________________________________________</w:t>
      </w:r>
      <w:r>
        <w:rPr>
          <w:sz w:val="18"/>
        </w:rPr>
        <w:br/>
        <w:t>__________________________________________________________________________________</w:t>
      </w:r>
    </w:p>
    <w:p w14:paraId="0BA073E1" w14:textId="77777777" w:rsidR="007E1C67" w:rsidRDefault="00000000">
      <w:pPr>
        <w:spacing w:after="40"/>
      </w:pPr>
      <w:r>
        <w:rPr>
          <w:sz w:val="18"/>
        </w:rPr>
        <w:t>Mitgebrachte Sachen vollständig zurückgegeben:  ☐ ja  ☐ nein, Hinweis: 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6696"/>
      </w:tblGrid>
      <w:tr w:rsidR="007E1C67" w14:paraId="5EC8EB35" w14:textId="77777777">
        <w:trPr>
          <w:cantSplit/>
        </w:trPr>
        <w:tc>
          <w:tcPr>
            <w:tcW w:w="2880" w:type="dxa"/>
            <w:shd w:val="clear" w:color="auto" w:fill="EAF2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8A25C7" w14:textId="77777777" w:rsidR="007E1C67" w:rsidRDefault="00000000">
            <w:pPr>
              <w:spacing w:after="0"/>
            </w:pPr>
            <w:r>
              <w:rPr>
                <w:b/>
                <w:color w:val="294C5A"/>
                <w:sz w:val="17"/>
              </w:rPr>
              <w:t>Übergabe</w:t>
            </w:r>
          </w:p>
        </w:tc>
        <w:tc>
          <w:tcPr>
            <w:tcW w:w="6696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D80F1F" w14:textId="77777777" w:rsidR="007E1C67" w:rsidRDefault="00000000">
            <w:pPr>
              <w:spacing w:after="0"/>
            </w:pPr>
            <w:r>
              <w:rPr>
                <w:sz w:val="17"/>
              </w:rPr>
              <w:t>Datum / Uhrzeit: __________  Halter/in: ______________  Ich: ______________</w:t>
            </w:r>
          </w:p>
        </w:tc>
      </w:tr>
      <w:tr w:rsidR="007E1C67" w14:paraId="413F7374" w14:textId="77777777">
        <w:trPr>
          <w:cantSplit/>
        </w:trPr>
        <w:tc>
          <w:tcPr>
            <w:tcW w:w="2880" w:type="dxa"/>
            <w:shd w:val="clear" w:color="auto" w:fill="EAF2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F42D04" w14:textId="77777777" w:rsidR="007E1C67" w:rsidRDefault="00000000">
            <w:pPr>
              <w:spacing w:after="0"/>
            </w:pPr>
            <w:r>
              <w:rPr>
                <w:b/>
                <w:color w:val="294C5A"/>
                <w:sz w:val="17"/>
              </w:rPr>
              <w:t>Rückgabe</w:t>
            </w:r>
          </w:p>
        </w:tc>
        <w:tc>
          <w:tcPr>
            <w:tcW w:w="6696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6FC759" w14:textId="77777777" w:rsidR="007E1C67" w:rsidRDefault="00000000">
            <w:pPr>
              <w:spacing w:after="0"/>
            </w:pPr>
            <w:r>
              <w:rPr>
                <w:sz w:val="17"/>
              </w:rPr>
              <w:t>Datum / Uhrzeit: __________  Halter/in: ______________  Ich: ______________</w:t>
            </w:r>
          </w:p>
        </w:tc>
      </w:tr>
    </w:tbl>
    <w:p w14:paraId="3A3D05FA" w14:textId="77777777" w:rsidR="007E1C67" w:rsidRDefault="007E1C67">
      <w:pPr>
        <w:spacing w:after="40"/>
      </w:pPr>
    </w:p>
    <w:sectPr w:rsidR="007E1C67" w:rsidSect="00034616">
      <w:headerReference w:type="default" r:id="rId8"/>
      <w:footerReference w:type="default" r:id="rId9"/>
      <w:pgSz w:w="12240" w:h="15840"/>
      <w:pgMar w:top="648" w:right="1181" w:bottom="648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F1A4CD" w14:textId="77777777" w:rsidR="00F46574" w:rsidRDefault="00F46574">
      <w:pPr>
        <w:spacing w:after="0" w:line="240" w:lineRule="auto"/>
      </w:pPr>
      <w:r>
        <w:separator/>
      </w:r>
    </w:p>
  </w:endnote>
  <w:endnote w:type="continuationSeparator" w:id="0">
    <w:p w14:paraId="2075279A" w14:textId="77777777" w:rsidR="00F46574" w:rsidRDefault="00F4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ABFF58" w14:textId="77777777" w:rsidR="007E1C67" w:rsidRDefault="00000000">
    <w:pPr>
      <w:pStyle w:val="Fuzeile"/>
      <w:jc w:val="center"/>
    </w:pPr>
    <w:r>
      <w:rPr>
        <w:color w:val="667378"/>
        <w:sz w:val="16"/>
      </w:rPr>
      <w:t xml:space="preserve">Ruth </w:t>
    </w:r>
    <w:proofErr w:type="gramStart"/>
    <w:r>
      <w:rPr>
        <w:color w:val="667378"/>
        <w:sz w:val="16"/>
      </w:rPr>
      <w:t>Graf  |</w:t>
    </w:r>
    <w:proofErr w:type="gramEnd"/>
    <w:r>
      <w:rPr>
        <w:color w:val="667378"/>
        <w:sz w:val="16"/>
      </w:rPr>
      <w:t xml:space="preserve">  </w:t>
    </w:r>
    <w:proofErr w:type="spellStart"/>
    <w:r>
      <w:rPr>
        <w:color w:val="667378"/>
        <w:sz w:val="16"/>
      </w:rPr>
      <w:t>Chriesbaumhofstrasse</w:t>
    </w:r>
    <w:proofErr w:type="spellEnd"/>
    <w:r>
      <w:rPr>
        <w:color w:val="667378"/>
        <w:sz w:val="16"/>
      </w:rPr>
      <w:t xml:space="preserve"> </w:t>
    </w:r>
    <w:proofErr w:type="gramStart"/>
    <w:r>
      <w:rPr>
        <w:color w:val="667378"/>
        <w:sz w:val="16"/>
      </w:rPr>
      <w:t>32  |</w:t>
    </w:r>
    <w:proofErr w:type="gramEnd"/>
    <w:r>
      <w:rPr>
        <w:color w:val="667378"/>
        <w:sz w:val="16"/>
      </w:rPr>
      <w:t xml:space="preserve">  6404 </w:t>
    </w:r>
    <w:proofErr w:type="spellStart"/>
    <w:proofErr w:type="gramStart"/>
    <w:r>
      <w:rPr>
        <w:color w:val="667378"/>
        <w:sz w:val="16"/>
      </w:rPr>
      <w:t>Greppen</w:t>
    </w:r>
    <w:proofErr w:type="spellEnd"/>
    <w:r>
      <w:rPr>
        <w:color w:val="667378"/>
        <w:sz w:val="16"/>
      </w:rPr>
      <w:t xml:space="preserve">  |</w:t>
    </w:r>
    <w:proofErr w:type="gramEnd"/>
    <w:r>
      <w:rPr>
        <w:color w:val="667378"/>
        <w:sz w:val="16"/>
      </w:rPr>
      <w:t xml:space="preserve">  079 219 66 76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CB6CFD" w14:textId="77777777" w:rsidR="00F46574" w:rsidRDefault="00F46574">
      <w:pPr>
        <w:spacing w:after="0" w:line="240" w:lineRule="auto"/>
      </w:pPr>
      <w:r>
        <w:separator/>
      </w:r>
    </w:p>
  </w:footnote>
  <w:footnote w:type="continuationSeparator" w:id="0">
    <w:p w14:paraId="2431183A" w14:textId="77777777" w:rsidR="00F46574" w:rsidRDefault="00F4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8BAD07" w14:textId="77777777" w:rsidR="007E1C67" w:rsidRDefault="00000000">
    <w:pPr>
      <w:spacing w:before="0" w:after="0"/>
      <w:jc w:val="right"/>
    </w:pPr>
    <w:r>
      <w:drawing>
        <wp:inline xmlns:a="http://schemas.openxmlformats.org/drawingml/2006/main" xmlns:pic="http://schemas.openxmlformats.org/drawingml/2006/picture">
          <wp:extent cx="774000" cy="774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qualitaetssiegel_sw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0" cy="7740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0945801">
    <w:abstractNumId w:val="8"/>
  </w:num>
  <w:num w:numId="2" w16cid:durableId="289289698">
    <w:abstractNumId w:val="6"/>
  </w:num>
  <w:num w:numId="3" w16cid:durableId="1867795328">
    <w:abstractNumId w:val="5"/>
  </w:num>
  <w:num w:numId="4" w16cid:durableId="627667062">
    <w:abstractNumId w:val="4"/>
  </w:num>
  <w:num w:numId="5" w16cid:durableId="383530452">
    <w:abstractNumId w:val="7"/>
  </w:num>
  <w:num w:numId="6" w16cid:durableId="1452477000">
    <w:abstractNumId w:val="3"/>
  </w:num>
  <w:num w:numId="7" w16cid:durableId="1796606009">
    <w:abstractNumId w:val="2"/>
  </w:num>
  <w:num w:numId="8" w16cid:durableId="327367308">
    <w:abstractNumId w:val="1"/>
  </w:num>
  <w:num w:numId="9" w16cid:durableId="19896275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7FD1"/>
    <w:rsid w:val="007E1C67"/>
    <w:rsid w:val="00AA1D8D"/>
    <w:rsid w:val="00B47730"/>
    <w:rsid w:val="00CB0664"/>
    <w:rsid w:val="00F46574"/>
    <w:rsid w:val="00FA34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9F2676"/>
  <w14:defaultImageDpi w14:val="300"/>
  <w15:docId w15:val="{9A42E62F-F242-EC42-9110-E457C914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00" w:line="269" w:lineRule="auto"/>
    </w:pPr>
    <w:rPr>
      <w:rFonts w:ascii="Aptos" w:hAnsi="Aptos"/>
      <w:color w:val="243238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294C5A"/>
      <w:sz w:val="23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294C5A"/>
      <w:sz w:val="23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  <w:color w:val="294C5A"/>
      <w:sz w:val="23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1689</Characters>
  <Application>Microsoft Office Word</Application>
  <DocSecurity>0</DocSecurity>
  <Lines>37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Daniela Ciotto</cp:lastModifiedBy>
  <cp:revision>2</cp:revision>
  <dcterms:created xsi:type="dcterms:W3CDTF">2026-08-13T08:11:00Z</dcterms:created>
  <dcterms:modified xsi:type="dcterms:W3CDTF">2026-08-13T08:11:00Z</dcterms:modified>
  <cp:category/>
</cp:coreProperties>
</file>