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CD6FF9" w14:textId="77777777" w:rsidR="00E517F6" w:rsidRDefault="00000000">
      <w:pPr>
        <w:spacing w:after="40"/>
      </w:pPr>
      <w:r>
        <w:rPr>
          <w:b/>
          <w:color w:val="294C5A"/>
          <w:sz w:val="50"/>
        </w:rPr>
        <w:t>Betreuungsvereinbarung</w:t>
      </w:r>
    </w:p>
    <w:p w14:paraId="464D8949" w14:textId="77777777" w:rsidR="00E517F6" w:rsidRDefault="00000000">
      <w:pPr>
        <w:spacing w:after="260"/>
        <w:jc w:val="left"/>
      </w:pPr>
      <w:r>
        <w:rPr>
          <w:i/>
          <w:color w:val="667378"/>
          <w:sz w:val="19"/>
        </w:rPr>
        <w:t>Gültig für die laufende Zusammenarbeit und alle schriftlich bestätigten Buchungen | Finale Fassung | Stand 26. August 2026</w:t>
      </w:r>
    </w:p>
    <w:p w14:paraId="27988997" w14:textId="77777777" w:rsidR="00E517F6" w:rsidRDefault="00000000">
      <w:pPr>
        <w:pStyle w:val="berschrift1"/>
      </w:pPr>
      <w:r>
        <w:t>1. Vertragsparteien</w:t>
      </w:r>
    </w:p>
    <w:tbl>
      <w:tblPr>
        <w:tblW w:w="0" w:type="auto"/>
        <w:tblLayout w:type="fixed"/>
        <w:tblLook w:val="04A0" w:firstRow="1" w:lastRow="0" w:firstColumn="1" w:lastColumn="0" w:noHBand="0" w:noVBand="1"/>
      </w:tblPr>
      <w:tblGrid>
        <w:gridCol w:w="2880"/>
        <w:gridCol w:w="6696"/>
      </w:tblGrid>
      <w:tr w:rsidR="00E517F6" w14:paraId="4707C8C9" w14:textId="77777777">
        <w:tc>
          <w:tcPr>
            <w:tcW w:w="2880" w:type="dxa"/>
            <w:shd w:val="clear" w:color="auto" w:fill="EAF2F0"/>
            <w:tcMar>
              <w:top w:w="90" w:type="dxa"/>
              <w:left w:w="120" w:type="dxa"/>
              <w:bottom w:w="90" w:type="dxa"/>
              <w:right w:w="120" w:type="dxa"/>
            </w:tcMar>
            <w:vAlign w:val="center"/>
          </w:tcPr>
          <w:p w14:paraId="21E3380E" w14:textId="77777777" w:rsidR="00E517F6" w:rsidRDefault="00000000">
            <w:r>
              <w:rPr>
                <w:b/>
                <w:color w:val="294C5A"/>
                <w:sz w:val="19"/>
              </w:rPr>
              <w:t>Betreuungsperson</w:t>
            </w:r>
          </w:p>
        </w:tc>
        <w:tc>
          <w:tcPr>
            <w:tcW w:w="6696" w:type="dxa"/>
            <w:tcMar>
              <w:top w:w="90" w:type="dxa"/>
              <w:left w:w="120" w:type="dxa"/>
              <w:bottom w:w="90" w:type="dxa"/>
              <w:right w:w="120" w:type="dxa"/>
            </w:tcMar>
            <w:vAlign w:val="center"/>
          </w:tcPr>
          <w:p w14:paraId="24EA2E87" w14:textId="77777777" w:rsidR="00E517F6" w:rsidRDefault="00000000">
            <w:r>
              <w:rPr>
                <w:sz w:val="20"/>
              </w:rPr>
              <w:t>Ruth Graf, Chriesbaumhofstrasse 32, 6404 Greppen, 079 219 66 76</w:t>
            </w:r>
          </w:p>
        </w:tc>
      </w:tr>
      <w:tr w:rsidR="00E517F6" w14:paraId="43C1FC56" w14:textId="77777777">
        <w:tc>
          <w:tcPr>
            <w:tcW w:w="2880" w:type="dxa"/>
            <w:shd w:val="clear" w:color="auto" w:fill="EAF2F0"/>
            <w:tcMar>
              <w:top w:w="90" w:type="dxa"/>
              <w:left w:w="120" w:type="dxa"/>
              <w:bottom w:w="90" w:type="dxa"/>
              <w:right w:w="120" w:type="dxa"/>
            </w:tcMar>
            <w:vAlign w:val="center"/>
          </w:tcPr>
          <w:p w14:paraId="10AE9566" w14:textId="7AF41C85" w:rsidR="00E517F6" w:rsidRDefault="00785A55">
            <w:proofErr w:type="spellStart"/>
            <w:r>
              <w:rPr>
                <w:b/>
                <w:color w:val="294C5A"/>
                <w:sz w:val="19"/>
              </w:rPr>
              <w:t>Besitzer</w:t>
            </w:r>
            <w:proofErr w:type="spellEnd"/>
            <w:r>
              <w:rPr>
                <w:b/>
                <w:color w:val="294C5A"/>
                <w:sz w:val="19"/>
              </w:rPr>
              <w:t>/in</w:t>
            </w:r>
          </w:p>
        </w:tc>
        <w:tc>
          <w:tcPr>
            <w:tcW w:w="6696" w:type="dxa"/>
            <w:tcMar>
              <w:top w:w="90" w:type="dxa"/>
              <w:left w:w="120" w:type="dxa"/>
              <w:bottom w:w="90" w:type="dxa"/>
              <w:right w:w="120" w:type="dxa"/>
            </w:tcMar>
            <w:vAlign w:val="center"/>
          </w:tcPr>
          <w:p w14:paraId="14A61D62" w14:textId="77777777" w:rsidR="00E517F6" w:rsidRDefault="00000000">
            <w:r>
              <w:rPr>
                <w:sz w:val="20"/>
              </w:rPr>
              <w:t>____________________________________________</w:t>
            </w:r>
          </w:p>
        </w:tc>
      </w:tr>
      <w:tr w:rsidR="00E517F6" w14:paraId="799273FD" w14:textId="77777777">
        <w:tc>
          <w:tcPr>
            <w:tcW w:w="2880" w:type="dxa"/>
            <w:shd w:val="clear" w:color="auto" w:fill="EAF2F0"/>
            <w:tcMar>
              <w:top w:w="90" w:type="dxa"/>
              <w:left w:w="120" w:type="dxa"/>
              <w:bottom w:w="90" w:type="dxa"/>
              <w:right w:w="120" w:type="dxa"/>
            </w:tcMar>
            <w:vAlign w:val="center"/>
          </w:tcPr>
          <w:p w14:paraId="03FA50E1" w14:textId="77777777" w:rsidR="00E517F6" w:rsidRDefault="00000000">
            <w:r>
              <w:rPr>
                <w:b/>
                <w:color w:val="294C5A"/>
                <w:sz w:val="19"/>
              </w:rPr>
              <w:t>Adresse</w:t>
            </w:r>
          </w:p>
        </w:tc>
        <w:tc>
          <w:tcPr>
            <w:tcW w:w="6696" w:type="dxa"/>
            <w:tcMar>
              <w:top w:w="90" w:type="dxa"/>
              <w:left w:w="120" w:type="dxa"/>
              <w:bottom w:w="90" w:type="dxa"/>
              <w:right w:w="120" w:type="dxa"/>
            </w:tcMar>
            <w:vAlign w:val="center"/>
          </w:tcPr>
          <w:p w14:paraId="34FD6EDA" w14:textId="77777777" w:rsidR="00E517F6" w:rsidRDefault="00000000">
            <w:r>
              <w:rPr>
                <w:sz w:val="20"/>
              </w:rPr>
              <w:t>____________________________________________</w:t>
            </w:r>
          </w:p>
        </w:tc>
      </w:tr>
      <w:tr w:rsidR="00E517F6" w14:paraId="448E37B8" w14:textId="77777777">
        <w:tc>
          <w:tcPr>
            <w:tcW w:w="2880" w:type="dxa"/>
            <w:shd w:val="clear" w:color="auto" w:fill="EAF2F0"/>
            <w:tcMar>
              <w:top w:w="90" w:type="dxa"/>
              <w:left w:w="120" w:type="dxa"/>
              <w:bottom w:w="90" w:type="dxa"/>
              <w:right w:w="120" w:type="dxa"/>
            </w:tcMar>
            <w:vAlign w:val="center"/>
          </w:tcPr>
          <w:p w14:paraId="0278A61A" w14:textId="77777777" w:rsidR="00E517F6" w:rsidRDefault="00000000">
            <w:r>
              <w:rPr>
                <w:b/>
                <w:color w:val="294C5A"/>
                <w:sz w:val="19"/>
              </w:rPr>
              <w:t>Telefon / E-Mail</w:t>
            </w:r>
          </w:p>
        </w:tc>
        <w:tc>
          <w:tcPr>
            <w:tcW w:w="6696" w:type="dxa"/>
            <w:tcMar>
              <w:top w:w="90" w:type="dxa"/>
              <w:left w:w="120" w:type="dxa"/>
              <w:bottom w:w="90" w:type="dxa"/>
              <w:right w:w="120" w:type="dxa"/>
            </w:tcMar>
            <w:vAlign w:val="center"/>
          </w:tcPr>
          <w:p w14:paraId="6988EA37" w14:textId="77777777" w:rsidR="00E517F6" w:rsidRDefault="00000000">
            <w:r>
              <w:rPr>
                <w:sz w:val="20"/>
              </w:rPr>
              <w:t>____________________________________________</w:t>
            </w:r>
          </w:p>
        </w:tc>
      </w:tr>
      <w:tr w:rsidR="00E517F6" w14:paraId="3397CA0A" w14:textId="77777777">
        <w:tc>
          <w:tcPr>
            <w:tcW w:w="2880" w:type="dxa"/>
            <w:shd w:val="clear" w:color="auto" w:fill="EAF2F0"/>
            <w:tcMar>
              <w:top w:w="90" w:type="dxa"/>
              <w:left w:w="120" w:type="dxa"/>
              <w:bottom w:w="90" w:type="dxa"/>
              <w:right w:w="120" w:type="dxa"/>
            </w:tcMar>
            <w:vAlign w:val="center"/>
          </w:tcPr>
          <w:p w14:paraId="1EFC625D" w14:textId="77777777" w:rsidR="00E517F6" w:rsidRDefault="00000000">
            <w:r>
              <w:rPr>
                <w:b/>
                <w:color w:val="294C5A"/>
                <w:sz w:val="19"/>
              </w:rPr>
              <w:t>Hund</w:t>
            </w:r>
          </w:p>
        </w:tc>
        <w:tc>
          <w:tcPr>
            <w:tcW w:w="6696" w:type="dxa"/>
            <w:tcMar>
              <w:top w:w="90" w:type="dxa"/>
              <w:left w:w="120" w:type="dxa"/>
              <w:bottom w:w="90" w:type="dxa"/>
              <w:right w:w="120" w:type="dxa"/>
            </w:tcMar>
            <w:vAlign w:val="center"/>
          </w:tcPr>
          <w:p w14:paraId="53565F6D" w14:textId="77777777" w:rsidR="00E517F6" w:rsidRDefault="00000000">
            <w:r>
              <w:rPr>
                <w:sz w:val="20"/>
              </w:rPr>
              <w:t>Name: ____________________  Chip-Nr.: ____________________</w:t>
            </w:r>
          </w:p>
        </w:tc>
      </w:tr>
    </w:tbl>
    <w:p w14:paraId="612EBB9F" w14:textId="77777777" w:rsidR="00E517F6" w:rsidRDefault="00E517F6">
      <w:pPr>
        <w:spacing w:after="0"/>
      </w:pPr>
    </w:p>
    <w:p w14:paraId="58E0A25E" w14:textId="77777777" w:rsidR="00E517F6" w:rsidRDefault="00000000">
      <w:pPr>
        <w:pStyle w:val="berschrift1"/>
      </w:pPr>
      <w:r>
        <w:t>2. Grundlage der Betreuung</w:t>
      </w:r>
    </w:p>
    <w:p w14:paraId="3CC1E7A9" w14:textId="77777777" w:rsidR="00E517F6" w:rsidRDefault="00000000">
      <w:r>
        <w:rPr>
          <w:sz w:val="22"/>
        </w:rPr>
        <w:t>Ich betreue den im Hundebogen bezeichneten Hund persönlich und grundsätzlich einzeln. Zwei Hunde aus demselben Haushalt betreue ich nur nach ausdrücklicher Absprache gemeinsam. Umfang, Zeitraum und Preis jeder Betreuung bestätige ich separat schriftlich. Diese Vereinbarung, der Hundebogen, die Buchungsbestätigung und ein allfälliges Übergabeprotokoll bilden zusammen die Vertragsgrundlage.</w:t>
      </w:r>
    </w:p>
    <w:p w14:paraId="75E10D5E" w14:textId="77777777" w:rsidR="00E517F6" w:rsidRDefault="00000000">
      <w:r>
        <w:rPr>
          <w:sz w:val="22"/>
        </w:rPr>
        <w:t>Während der vereinbarten Betreuung lasse ich den Hund nicht allein. Spaziergänge erfolgen grundsätzlich an der Leine. Fahrten oder besondere Betreuungshandlungen vereinbare ich individuell.</w:t>
      </w:r>
    </w:p>
    <w:p w14:paraId="55CABA38" w14:textId="77777777" w:rsidR="00E517F6" w:rsidRDefault="00000000">
      <w:pPr>
        <w:pStyle w:val="berschrift1"/>
      </w:pPr>
      <w:r>
        <w:t>3. Angaben und Mitwirkung der Halterin oder des Halters</w:t>
      </w:r>
    </w:p>
    <w:p w14:paraId="5D56E5E9" w14:textId="77777777" w:rsidR="00E517F6" w:rsidRDefault="00000000">
      <w:r>
        <w:rPr>
          <w:sz w:val="22"/>
        </w:rPr>
        <w:t>Die Halterin oder der Halter bestätigt, mir alle für die Betreuung wichtigen Angaben zu Gesundheit, Verhalten, Beissvorfällen, Ängsten, Flucht- oder Jagdverhalten, Fütterung und Medikamenten vollständig und wahrheitsgemäss mitzuteilen. Veränderungen werden mir vor jeder Betreuung gemeldet. Der Hund darf bei der Übergabe keine erkennbare ansteckende Erkrankung und keinen akuten Parasitenbefall haben.</w:t>
      </w:r>
    </w:p>
    <w:p w14:paraId="69BF073D" w14:textId="59A5C733" w:rsidR="00E517F6" w:rsidRDefault="00000000">
      <w:r>
        <w:rPr>
          <w:sz w:val="22"/>
        </w:rPr>
        <w:t>Benötigtes Futter, Halsband oder Brustgeschirr, Leine und vereinbarte Medikamente werden ausreichend, eindeutig beschriftet und bei Medikamenten in der Originalverpackung mit schriftlicher Dosierung übergeben (Bettchen, Essnäpfe, Spielsachen etc. sind bei mir vorhanden).</w:t>
      </w:r>
      <w:proofErr w:type="spellStart"/>
      <w:r>
        <w:rPr>
          <w:sz w:val="22"/>
        </w:rPr>
      </w:r>
      <w:proofErr w:type="spellEnd"/>
      <w:r w:rsidR="00785A55">
        <w:rPr>
          <w:sz w:val="22"/>
        </w:rPr>
      </w:r>
      <w:proofErr w:type="spellStart"/>
      <w:r w:rsidR="00785A55">
        <w:rPr>
          <w:sz w:val="22"/>
        </w:rPr>
      </w:r>
      <w:proofErr w:type="spellEnd"/>
      <w:r w:rsidR="00785A55">
        <w:rPr>
          <w:sz w:val="22"/>
        </w:rPr>
      </w:r>
      <w:proofErr w:type="spellStart"/>
      <w:r w:rsidR="00785A55">
        <w:rPr>
          <w:sz w:val="22"/>
        </w:rPr>
      </w:r>
      <w:proofErr w:type="spellEnd"/>
      <w:r w:rsidR="00785A55">
        <w:rPr>
          <w:sz w:val="22"/>
        </w:rPr>
      </w:r>
      <w:proofErr w:type="spellStart"/>
      <w:r w:rsidR="00785A55">
        <w:rPr>
          <w:sz w:val="22"/>
        </w:rPr>
      </w:r>
      <w:proofErr w:type="spellEnd"/>
      <w:r w:rsidR="00785A55">
        <w:rPr>
          <w:sz w:val="22"/>
        </w:rPr>
      </w:r>
      <w:proofErr w:type="spellStart"/>
      <w:r w:rsidR="00785A55">
        <w:rPr>
          <w:sz w:val="22"/>
        </w:rPr>
      </w:r>
      <w:proofErr w:type="spellEnd"/>
      <w:r w:rsidR="00785A55">
        <w:rPr>
          <w:sz w:val="22"/>
        </w:rPr>
      </w:r>
      <w:proofErr w:type="spellStart"/>
      <w:r w:rsidR="00785A55">
        <w:rPr>
          <w:sz w:val="22"/>
        </w:rPr>
      </w:r>
      <w:proofErr w:type="spellEnd"/>
      <w:r w:rsidR="00785A55">
        <w:rPr>
          <w:sz w:val="22"/>
        </w:rPr>
      </w:r>
      <w:proofErr w:type="spellStart"/>
      <w:r w:rsidR="00785A55">
        <w:rPr>
          <w:sz w:val="22"/>
        </w:rPr>
      </w:r>
      <w:proofErr w:type="spellEnd"/>
      <w:r w:rsidR="00785A55">
        <w:rPr>
          <w:sz w:val="22"/>
        </w:rPr>
      </w:r>
    </w:p>
    <w:p w14:paraId="6085A911" w14:textId="77777777" w:rsidR="00E517F6" w:rsidRDefault="00000000">
      <w:pPr>
        <w:pStyle w:val="berschrift1"/>
      </w:pPr>
      <w:r>
        <w:t>4. Gesundheit, Medikamente und Notfall</w:t>
      </w:r>
    </w:p>
    <w:p w14:paraId="02B3DF53" w14:textId="690F548C" w:rsidR="00E517F6" w:rsidRDefault="00000000">
      <w:r>
        <w:rPr>
          <w:sz w:val="22"/>
        </w:rPr>
        <w:t>Medikamente und pflegerische Aufgaben übernehme ich nur nach vorgängiger Absprache und soweit ich diese sicher ausführen kann. Injektionen, aufwendige Wundversorgung und eine medizinische Rund-um-die-Uhr-Überwachung sind ausgeschlossen.</w:t>
      </w:r>
      <w:proofErr w:type="spellStart"/>
      <w:r>
        <w:rPr>
          <w:sz w:val="22"/>
        </w:rPr>
      </w:r>
      <w:proofErr w:type="spellEnd"/>
      <w:r>
        <w:rPr>
          <w:sz w:val="22"/>
        </w:rPr>
      </w:r>
      <w:proofErr w:type="spellStart"/>
      <w:r w:rsidR="00DB44C1">
        <w:rPr>
          <w:sz w:val="22"/>
        </w:rPr>
      </w:r>
      <w:proofErr w:type="spellEnd"/>
      <w:r w:rsidR="00DB44C1">
        <w:rPr>
          <w:sz w:val="22"/>
        </w:rPr>
      </w:r>
      <w:proofErr w:type="spellStart"/>
      <w:r>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
    <w:p w14:paraId="498B2714" w14:textId="77777777" w:rsidR="00E517F6" w:rsidRDefault="00000000">
      <w:r>
        <w:rPr>
          <w:sz w:val="22"/>
        </w:rPr>
        <w:t>Bei gesundheitlichen Auffälligkeiten kontaktiere ich die Halterin oder den Halter beziehungsweise die Notfallkontaktperson. Ist niemand erreichbar oder besteht akute Gefahr, darf ich eine Tierarztpraxis oder Tierklinik aufsuchen, notwendige Sofortmassnahmen veranlassen und den Hund transportieren. Als regionale Notfallklinik ist die ENNETSeeKLINIK für Kleintiere, Rothusstrasse 2, 6331 Hünenberg, 041 780 80 80, vorgesehen.</w:t>
      </w:r>
    </w:p>
    <w:p w14:paraId="7A66FF62" w14:textId="37DB0712" w:rsidR="00E517F6" w:rsidRDefault="00000000">
      <w:r>
        <w:rPr>
          <w:sz w:val="22"/>
        </w:rPr>
        <w:t>Für nicht akut lebensrettende Massnahmen darf ich bis CHF 150 ohne vorgängige Rücksprache entscheiden. Voraussichtlich höhere Kosten stimme ich nach Möglichkeit telefonisch ab. Notwendige Tierarzt-, Medikamenten- und Transportkosten trägt die BesitzerIn, soweit ich den Schaden nicht schuldhaft verursacht habe. Von mir verauslagte Beträge werden in Rechnung gestellt.</w:t>
      </w:r>
      <w:proofErr w:type="spellStart"/>
      <w:r>
        <w:rPr>
          <w:sz w:val="22"/>
        </w:rPr>
      </w:r>
      <w:proofErr w:type="spellEnd"/>
      <w:r>
        <w:rPr>
          <w:sz w:val="22"/>
        </w:rPr>
      </w:r>
      <w:proofErr w:type="spellStart"/>
      <w:r>
        <w:rPr>
          <w:sz w:val="22"/>
        </w:rPr>
      </w:r>
      <w:proofErr w:type="spellEnd"/>
      <w:r>
        <w:rPr>
          <w:sz w:val="22"/>
        </w:rPr>
      </w:r>
      <w:proofErr w:type="spellStart"/>
      <w:r w:rsidR="00785A55">
        <w:rPr>
          <w:sz w:val="22"/>
        </w:rPr>
      </w:r>
      <w:proofErr w:type="spellEnd"/>
      <w:r>
        <w:rPr>
          <w:sz w:val="22"/>
        </w:rPr>
      </w:r>
      <w:proofErr w:type="spellStart"/>
      <w:r>
        <w:rPr>
          <w:sz w:val="22"/>
        </w:rPr>
      </w:r>
      <w:proofErr w:type="spellEnd"/>
      <w:r>
        <w:rPr>
          <w:sz w:val="22"/>
        </w:rPr>
      </w:r>
    </w:p>
    <w:p w14:paraId="5C6050A1" w14:textId="77777777" w:rsidR="00E517F6" w:rsidRDefault="00000000">
      <w:pPr>
        <w:pStyle w:val="berschrift1"/>
      </w:pPr>
      <w:r>
        <w:t>5. Buchung, Preis und Zahlung</w:t>
      </w:r>
    </w:p>
    <w:p w14:paraId="76021E41" w14:textId="2C35FB95" w:rsidR="00E517F6" w:rsidRDefault="00000000">
      <w:r>
        <w:rPr>
          <w:sz w:val="22"/>
        </w:rPr>
        <w:t>Eine Buchung wird erst durch meine schriftliche Bestätigung verbindlich. Der bestätigte Preis ist bei der Abholung des Hundes bar oder per TWINT zu bezahlen. Für einen späteren Beginn oder eine frühere Abholung auf Wunsch der Halterin oder des Halters bleibt der vereinbarte Gesamtpreis geschuldet. Verlängerungen erfolgen nur mit meiner Zustimmung und werden ab zwei zusätzlichen Stunden verrechnet.</w:t>
      </w:r>
      <w:proofErr w:type="spellStart"/>
      <w:r>
        <w:rPr>
          <w:sz w:val="22"/>
        </w:rPr>
      </w:r>
      <w:proofErr w:type="spellEnd"/>
      <w:r>
        <w:rPr>
          <w:sz w:val="22"/>
        </w:rPr>
      </w:r>
      <w:proofErr w:type="spellStart"/>
      <w:r w:rsidR="00785A55">
        <w:rPr>
          <w:sz w:val="22"/>
        </w:rPr>
      </w:r>
      <w:proofErr w:type="spellEnd"/>
      <w:r w:rsidR="00785A55">
        <w:rPr>
          <w:sz w:val="22"/>
        </w:rPr>
      </w:r>
      <w:proofErr w:type="spellStart"/>
      <w:r w:rsidR="00785A55">
        <w:rPr>
          <w:sz w:val="22"/>
        </w:rPr>
      </w:r>
      <w:proofErr w:type="spellEnd"/>
      <w:r w:rsidR="00785A55">
        <w:rPr>
          <w:sz w:val="22"/>
        </w:rPr>
      </w:r>
      <w:proofErr w:type="spellStart"/>
      <w:r>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r w:rsidR="00785A55">
        <w:rPr>
          <w:sz w:val="22"/>
        </w:rPr>
      </w:r>
      <w:proofErr w:type="spellStart"/>
      <w:r w:rsidR="00785A55">
        <w:rPr>
          <w:sz w:val="22"/>
        </w:rPr>
      </w:r>
      <w:proofErr w:type="spellEnd"/>
      <w:r w:rsidR="00785A55">
        <w:rPr>
          <w:sz w:val="22"/>
        </w:rPr>
      </w:r>
      <w:proofErr w:type="spellStart"/>
      <w:r w:rsidR="00785A55">
        <w:rPr>
          <w:sz w:val="22"/>
        </w:rPr>
      </w:r>
      <w:proofErr w:type="spellEnd"/>
      <w:r w:rsidR="00785A55">
        <w:rPr>
          <w:sz w:val="22"/>
        </w:rPr>
      </w:r>
      <w:r>
        <w:rPr>
          <w:sz w:val="22"/>
        </w:rPr>
      </w:r>
      <w:proofErr w:type="spellStart"/>
      <w:r>
        <w:rPr>
          <w:sz w:val="22"/>
        </w:rPr>
      </w:r>
      <w:proofErr w:type="spellEnd"/>
      <w:r>
        <w:rPr>
          <w:sz w:val="22"/>
        </w:rPr>
      </w:r>
    </w:p>
    <w:p w14:paraId="302EB9E3" w14:textId="041C35FF" w:rsidR="00E517F6" w:rsidRDefault="00785A55">
      <w:pPr>
        <w:pStyle w:val="berschrift1"/>
      </w:pPr>
      <w:r>
        <w:t>6</w:t>
      </w:r>
      <w:r w:rsidR="00000000">
        <w:t>. Absage oder Abbruch</w:t>
      </w:r>
    </w:p>
    <w:p w14:paraId="0B9DF38A" w14:textId="77777777" w:rsidR="00E517F6" w:rsidRDefault="00000000">
      <w:r>
        <w:rPr>
          <w:sz w:val="22"/>
        </w:rPr>
        <w:t>Muss ich eine bestätigte Betreuung aus zwingendem Grund absagen, erstatte ich bereits bezahlte Beträge zurück oder übertrage sie auf Wunsch auf einen Ersatztermin. Eine Ersatzbetreuung kann ich nicht garantieren.</w:t>
      </w:r>
    </w:p>
    <w:p w14:paraId="4594B6D8" w14:textId="5B69478E" w:rsidR="00E517F6" w:rsidRDefault="00000000">
      <w:pPr>
        <w:rPr>
          <w:sz w:val="22"/>
        </w:rPr>
      </w:pPr>
      <w:r>
        <w:rPr>
          <w:sz w:val="22"/>
        </w:rPr>
        <w:t>Ich darf eine Betreuung ablehnen oder beenden, wenn eine sichere oder tiergerechte Betreuung nicht möglich ist, wesentliche Angaben fehlen oder falsch sind, der Hund akut erkrankt, notwendige Mittel fehlen oder eine nicht verantwortbare Gefahr entsteht. Die BesitzerIn oder die bezeichnete Notfallkontaktperson holt den Hund in diesem Fall zeitnah ab. Liegt der Grund im Verantwortungsbereich der BesitzerIn, bleiben Preis und notwendige Zusatzkosten geschuldet.</w:t>
      </w:r>
      <w:proofErr w:type="spellStart"/>
      <w:r w:rsidR="00785A55">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roofErr w:type="spellStart"/>
      <w:r w:rsidR="00785A55">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
    <w:p w14:paraId="00E9F2D9" w14:textId="6E54673B" w:rsidR="00785A55" w:rsidRDefault="00785A55">
      <w:r>
        <w:rPr>
          <w:sz w:val="22"/>
        </w:rPr>
        <w:t>Ich kann keine Arbeitshunde und keine Kampfhunde betreuen. Diese Hunde haben spezielle Bedürfnisse, denen ich im Rahmen meines Angebots nicht gerecht werden kann. Die Ablehnung ist keine Bewertung der jeweiligen Rasse.</w:t>
      </w:r>
      <w:proofErr w:type="spellStart"/>
      <w:r>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roofErr w:type="spellStart"/>
      <w:r>
        <w:rPr>
          <w:sz w:val="22"/>
        </w:rPr>
      </w:r>
      <w:proofErr w:type="spellEnd"/>
      <w:r>
        <w:rPr>
          <w:sz w:val="22"/>
        </w:rPr>
      </w:r>
    </w:p>
    <w:p w14:paraId="753761C5" w14:textId="765FFAA3" w:rsidR="00E517F6" w:rsidRDefault="00785A55">
      <w:pPr>
        <w:pStyle w:val="berschrift1"/>
      </w:pPr>
      <w:r>
        <w:t>7</w:t>
      </w:r>
      <w:r w:rsidR="00000000">
        <w:t>. Haftung und Versicherung</w:t>
      </w:r>
    </w:p>
    <w:p w14:paraId="68AEB295" w14:textId="77777777" w:rsidR="00E517F6" w:rsidRDefault="00000000">
      <w:r>
        <w:rPr>
          <w:sz w:val="22"/>
        </w:rPr>
        <w:t>Ich betreue den Hund sorgfältig und nach den vereinbarten Angaben. Für Schäden, die ich schuldhaft verursache, hafte ich nach den gesetzlichen Bestimmungen. Die Haftung für Vorsatz oder grobe Fahrlässigkeit wird nicht ausgeschlossen. Für Folgen vorbestehender oder nicht mitgeteilter Umstände hafte ich nur, soweit ich eigene Sorgfaltspflichten verletzt habe.</w:t>
      </w:r>
    </w:p>
    <w:p w14:paraId="1105ED40" w14:textId="77777777" w:rsidR="00E517F6" w:rsidRDefault="00000000">
      <w:r>
        <w:rPr>
          <w:sz w:val="22"/>
        </w:rPr>
        <w:t>Die Halterin oder der Halter bleibt für vom Hund verursachte Schäden im gesetzlichen Umfang verantwortlich und bestätigt, dass eine Privathaftpflichtversicherung mit Hundehalterdeckung besteht. Schäden und besondere Ereignisse werden gegenseitig unverzüglich gemeldet.</w:t>
      </w:r>
    </w:p>
    <w:p w14:paraId="2B6B720A" w14:textId="58F61BDC" w:rsidR="00E517F6" w:rsidRDefault="00785A55">
      <w:pPr>
        <w:pStyle w:val="berschrift1"/>
      </w:pPr>
      <w:r>
        <w:lastRenderedPageBreak/>
        <w:t>8</w:t>
      </w:r>
      <w:r w:rsidR="00000000">
        <w:t>. Kommunikation, Datenschutz und Fotos</w:t>
      </w:r>
    </w:p>
    <w:p w14:paraId="5402AF8A" w14:textId="77777777" w:rsidR="00E517F6" w:rsidRDefault="00000000">
      <w:r>
        <w:rPr>
          <w:sz w:val="22"/>
        </w:rPr>
        <w:t>Ich verwende persönliche Angaben ausschliesslich für Anfrage, Betreuung, Abrechnung und gesetzliche Pflichten. Private Foto-Updates erfolgen nur mit Zustimmung im Hundebogen. Eine Veröffentlichung von Fotos oder Testimonials erfordert eine separate freiwillige Freigabe.</w:t>
      </w:r>
    </w:p>
    <w:p w14:paraId="06152D09" w14:textId="186611EE" w:rsidR="00E517F6" w:rsidRDefault="00785A55">
      <w:pPr>
        <w:pStyle w:val="berschrift1"/>
      </w:pPr>
      <w:r>
        <w:t>9</w:t>
      </w:r>
      <w:r w:rsidR="00000000">
        <w:t>. Geltungsdauer und Schlussbestimmungen</w:t>
      </w:r>
    </w:p>
    <w:p w14:paraId="756D54F5" w14:textId="77777777" w:rsidR="00E517F6" w:rsidRDefault="00000000">
      <w:r>
        <w:rPr>
          <w:sz w:val="22"/>
        </w:rPr>
        <w:t>Diese Vereinbarung gilt ab Unterzeichnung für alle späteren schriftlich bestätigten Buchungen, bis sie schriftlich ersetzt oder beendet wird. Änderungen des Hundebogens werden Teil der Vereinbarung. Zwingende gesetzliche Bestimmungen bleiben vorbehalten. Es gilt Schweizer Recht.</w:t>
      </w:r>
    </w:p>
    <w:p w14:paraId="7E613F06" w14:textId="77777777" w:rsidR="00E517F6" w:rsidRDefault="00000000">
      <w:pPr>
        <w:pStyle w:val="berschrift1"/>
      </w:pPr>
      <w:r>
        <w:t>Unterschriften</w:t>
      </w:r>
    </w:p>
    <w:tbl>
      <w:tblPr>
        <w:tblW w:w="0" w:type="auto"/>
        <w:tblLayout w:type="fixed"/>
        <w:tblLook w:val="04A0" w:firstRow="1" w:lastRow="0" w:firstColumn="1" w:lastColumn="0" w:noHBand="0" w:noVBand="1"/>
      </w:tblPr>
      <w:tblGrid>
        <w:gridCol w:w="2880"/>
        <w:gridCol w:w="6696"/>
      </w:tblGrid>
      <w:tr w:rsidR="00E517F6" w14:paraId="353AA5EC" w14:textId="77777777">
        <w:tc>
          <w:tcPr>
            <w:tcW w:w="2880" w:type="dxa"/>
            <w:shd w:val="clear" w:color="auto" w:fill="EAF2F0"/>
            <w:tcMar>
              <w:top w:w="90" w:type="dxa"/>
              <w:left w:w="120" w:type="dxa"/>
              <w:bottom w:w="90" w:type="dxa"/>
              <w:right w:w="120" w:type="dxa"/>
            </w:tcMar>
            <w:vAlign w:val="center"/>
          </w:tcPr>
          <w:p w14:paraId="73BBCB54" w14:textId="77777777" w:rsidR="00E517F6" w:rsidRDefault="00000000">
            <w:r>
              <w:rPr>
                <w:b/>
                <w:color w:val="294C5A"/>
                <w:sz w:val="19"/>
              </w:rPr>
              <w:t>Ort / Datum</w:t>
            </w:r>
          </w:p>
        </w:tc>
        <w:tc>
          <w:tcPr>
            <w:tcW w:w="6696" w:type="dxa"/>
            <w:tcMar>
              <w:top w:w="90" w:type="dxa"/>
              <w:left w:w="120" w:type="dxa"/>
              <w:bottom w:w="90" w:type="dxa"/>
              <w:right w:w="120" w:type="dxa"/>
            </w:tcMar>
            <w:vAlign w:val="center"/>
          </w:tcPr>
          <w:p w14:paraId="067442FD" w14:textId="77777777" w:rsidR="00E517F6" w:rsidRDefault="00000000">
            <w:r>
              <w:rPr>
                <w:sz w:val="20"/>
              </w:rPr>
              <w:t>____________________________________________</w:t>
            </w:r>
          </w:p>
        </w:tc>
      </w:tr>
      <w:tr w:rsidR="00E517F6" w14:paraId="11054FE0" w14:textId="77777777">
        <w:tc>
          <w:tcPr>
            <w:tcW w:w="2880" w:type="dxa"/>
            <w:shd w:val="clear" w:color="auto" w:fill="EAF2F0"/>
            <w:tcMar>
              <w:top w:w="90" w:type="dxa"/>
              <w:left w:w="120" w:type="dxa"/>
              <w:bottom w:w="90" w:type="dxa"/>
              <w:right w:w="120" w:type="dxa"/>
            </w:tcMar>
            <w:vAlign w:val="center"/>
          </w:tcPr>
          <w:p w14:paraId="25FC298D" w14:textId="3FA594C5" w:rsidR="00E517F6" w:rsidRDefault="00785A55">
            <w:r>
              <w:rPr>
                <w:b/>
                <w:color w:val="294C5A"/>
                <w:sz w:val="19"/>
              </w:rPr>
              <w:t>BesitzerIn</w:t>
            </w:r>
          </w:p>
        </w:tc>
        <w:tc>
          <w:tcPr>
            <w:tcW w:w="6696" w:type="dxa"/>
            <w:tcMar>
              <w:top w:w="90" w:type="dxa"/>
              <w:left w:w="120" w:type="dxa"/>
              <w:bottom w:w="90" w:type="dxa"/>
              <w:right w:w="120" w:type="dxa"/>
            </w:tcMar>
            <w:vAlign w:val="center"/>
          </w:tcPr>
          <w:p w14:paraId="55D2BF64" w14:textId="77777777" w:rsidR="00E517F6" w:rsidRDefault="00000000">
            <w:r>
              <w:rPr>
                <w:sz w:val="20"/>
              </w:rPr>
              <w:t>Name und Unterschrift: _________________________________</w:t>
            </w:r>
          </w:p>
        </w:tc>
      </w:tr>
      <w:tr w:rsidR="00E517F6" w14:paraId="49B4DEE1" w14:textId="77777777">
        <w:tc>
          <w:tcPr>
            <w:tcW w:w="2880" w:type="dxa"/>
            <w:shd w:val="clear" w:color="auto" w:fill="EAF2F0"/>
            <w:tcMar>
              <w:top w:w="90" w:type="dxa"/>
              <w:left w:w="120" w:type="dxa"/>
              <w:bottom w:w="90" w:type="dxa"/>
              <w:right w:w="120" w:type="dxa"/>
            </w:tcMar>
            <w:vAlign w:val="center"/>
          </w:tcPr>
          <w:p w14:paraId="13D5F11C" w14:textId="77777777" w:rsidR="00E517F6" w:rsidRDefault="00000000">
            <w:r>
              <w:rPr>
                <w:b/>
                <w:color w:val="294C5A"/>
                <w:sz w:val="19"/>
              </w:rPr>
              <w:t>Ruth Graf</w:t>
            </w:r>
          </w:p>
        </w:tc>
        <w:tc>
          <w:tcPr>
            <w:tcW w:w="6696" w:type="dxa"/>
            <w:tcMar>
              <w:top w:w="90" w:type="dxa"/>
              <w:left w:w="120" w:type="dxa"/>
              <w:bottom w:w="90" w:type="dxa"/>
              <w:right w:w="120" w:type="dxa"/>
            </w:tcMar>
            <w:vAlign w:val="center"/>
          </w:tcPr>
          <w:p w14:paraId="118F8382" w14:textId="77777777" w:rsidR="00E517F6" w:rsidRDefault="00000000">
            <w:r>
              <w:rPr>
                <w:sz w:val="20"/>
              </w:rPr>
              <w:t>Unterschrift: __________________________________________</w:t>
            </w:r>
          </w:p>
        </w:tc>
      </w:tr>
    </w:tbl>
    <w:p w14:paraId="3AD7309C" w14:textId="77777777" w:rsidR="00E517F6" w:rsidRDefault="00E517F6">
      <w:pPr>
        <w:spacing w:after="0"/>
      </w:pPr>
    </w:p>
    <w:sectPr w:rsidR="00E517F6" w:rsidSect="00034616">
      <w:headerReference w:type="default" r:id="rId8"/>
      <w:footerReference w:type="default" r:id="rId9"/>
      <w:pgSz w:w="12240" w:h="15840"/>
      <w:pgMar w:top="1037" w:right="1181" w:bottom="979" w:left="1181"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959C62" w14:textId="77777777" w:rsidR="00A96BE9" w:rsidRDefault="00A96BE9">
      <w:pPr>
        <w:spacing w:after="0" w:line="240" w:lineRule="auto"/>
      </w:pPr>
      <w:r>
        <w:separator/>
      </w:r>
    </w:p>
  </w:endnote>
  <w:endnote w:type="continuationSeparator" w:id="0">
    <w:p w14:paraId="2725879A" w14:textId="77777777" w:rsidR="00A96BE9" w:rsidRDefault="00A96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975D36" w14:textId="77777777" w:rsidR="00E517F6" w:rsidRDefault="00000000">
    <w:pPr>
      <w:pStyle w:val="Fuzeile"/>
      <w:jc w:val="center"/>
    </w:pPr>
    <w:r>
      <w:rPr>
        <w:color w:val="667378"/>
        <w:sz w:val="16"/>
      </w:rPr>
      <w:t xml:space="preserve">Ruth </w:t>
    </w:r>
    <w:proofErr w:type="gramStart"/>
    <w:r>
      <w:rPr>
        <w:color w:val="667378"/>
        <w:sz w:val="16"/>
      </w:rPr>
      <w:t>Graf  |</w:t>
    </w:r>
    <w:proofErr w:type="gramEnd"/>
    <w:r>
      <w:rPr>
        <w:color w:val="667378"/>
        <w:sz w:val="16"/>
      </w:rPr>
      <w:t xml:space="preserve">  </w:t>
    </w:r>
    <w:proofErr w:type="spellStart"/>
    <w:r>
      <w:rPr>
        <w:color w:val="667378"/>
        <w:sz w:val="16"/>
      </w:rPr>
      <w:t>Chriesbaumhofstrasse</w:t>
    </w:r>
    <w:proofErr w:type="spellEnd"/>
    <w:r>
      <w:rPr>
        <w:color w:val="667378"/>
        <w:sz w:val="16"/>
      </w:rPr>
      <w:t xml:space="preserve"> </w:t>
    </w:r>
    <w:proofErr w:type="gramStart"/>
    <w:r>
      <w:rPr>
        <w:color w:val="667378"/>
        <w:sz w:val="16"/>
      </w:rPr>
      <w:t>32  |</w:t>
    </w:r>
    <w:proofErr w:type="gramEnd"/>
    <w:r>
      <w:rPr>
        <w:color w:val="667378"/>
        <w:sz w:val="16"/>
      </w:rPr>
      <w:t xml:space="preserve">  6404 </w:t>
    </w:r>
    <w:proofErr w:type="spellStart"/>
    <w:proofErr w:type="gramStart"/>
    <w:r>
      <w:rPr>
        <w:color w:val="667378"/>
        <w:sz w:val="16"/>
      </w:rPr>
      <w:t>Greppen</w:t>
    </w:r>
    <w:proofErr w:type="spellEnd"/>
    <w:r>
      <w:rPr>
        <w:color w:val="667378"/>
        <w:sz w:val="16"/>
      </w:rPr>
      <w:t xml:space="preserve">  |</w:t>
    </w:r>
    <w:proofErr w:type="gramEnd"/>
    <w:r>
      <w:rPr>
        <w:color w:val="667378"/>
        <w:sz w:val="16"/>
      </w:rPr>
      <w:t xml:space="preserve">  079 219 66 76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E2DAB1" w14:textId="77777777" w:rsidR="00A96BE9" w:rsidRDefault="00A96BE9">
      <w:pPr>
        <w:spacing w:after="0" w:line="240" w:lineRule="auto"/>
      </w:pPr>
      <w:r>
        <w:separator/>
      </w:r>
    </w:p>
  </w:footnote>
  <w:footnote w:type="continuationSeparator" w:id="0">
    <w:p w14:paraId="1E057CDF" w14:textId="77777777" w:rsidR="00A96BE9" w:rsidRDefault="00A96B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D0648A" w14:textId="77777777" w:rsidR="00E517F6" w:rsidRDefault="00000000">
    <w:pPr>
      <w:spacing w:before="0" w:after="0"/>
      <w:jc w:val="right"/>
    </w:pPr>
    <w:r>
      <w:drawing>
        <wp:inline xmlns:a="http://schemas.openxmlformats.org/drawingml/2006/main" xmlns:pic="http://schemas.openxmlformats.org/drawingml/2006/picture">
          <wp:extent cx="774000" cy="774000"/>
          <wp:docPr id="1" name="Picture 1"/>
          <wp:cNvGraphicFramePr>
            <a:graphicFrameLocks noChangeAspect="1"/>
          </wp:cNvGraphicFramePr>
          <a:graphic>
            <a:graphicData uri="http://schemas.openxmlformats.org/drawingml/2006/picture">
              <pic:pic>
                <pic:nvPicPr>
                  <pic:cNvPr id="0" name="qualitaetssiegel_sw_crop.png"/>
                  <pic:cNvPicPr/>
                </pic:nvPicPr>
                <pic:blipFill>
                  <a:blip r:embed="rId1"/>
                  <a:stretch>
                    <a:fillRect/>
                  </a:stretch>
                </pic:blipFill>
                <pic:spPr>
                  <a:xfrm>
                    <a:off x="0" y="0"/>
                    <a:ext cx="774000" cy="774000"/>
                  </a:xfrm>
                  <a:prstGeom prst="rec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958606115">
    <w:abstractNumId w:val="8"/>
  </w:num>
  <w:num w:numId="2" w16cid:durableId="353385253">
    <w:abstractNumId w:val="6"/>
  </w:num>
  <w:num w:numId="3" w16cid:durableId="265894235">
    <w:abstractNumId w:val="5"/>
  </w:num>
  <w:num w:numId="4" w16cid:durableId="2123643320">
    <w:abstractNumId w:val="4"/>
  </w:num>
  <w:num w:numId="5" w16cid:durableId="267543103">
    <w:abstractNumId w:val="7"/>
  </w:num>
  <w:num w:numId="6" w16cid:durableId="1217551563">
    <w:abstractNumId w:val="3"/>
  </w:num>
  <w:num w:numId="7" w16cid:durableId="1808014069">
    <w:abstractNumId w:val="2"/>
  </w:num>
  <w:num w:numId="8" w16cid:durableId="712116230">
    <w:abstractNumId w:val="1"/>
  </w:num>
  <w:num w:numId="9" w16cid:durableId="105909231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61DE"/>
    <w:rsid w:val="0015074B"/>
    <w:rsid w:val="0029639D"/>
    <w:rsid w:val="00326F90"/>
    <w:rsid w:val="00457FD1"/>
    <w:rsid w:val="0057310D"/>
    <w:rsid w:val="00785A55"/>
    <w:rsid w:val="007C675F"/>
    <w:rsid w:val="00A96BE9"/>
    <w:rsid w:val="00AA1D8D"/>
    <w:rsid w:val="00B47730"/>
    <w:rsid w:val="00CB0664"/>
    <w:rsid w:val="00DB44C1"/>
    <w:rsid w:val="00E517F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A3ED5B"/>
  <w14:defaultImageDpi w14:val="300"/>
  <w15:docId w15:val="{9A42E62F-F242-EC42-9110-E457C9141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100" w:line="269" w:lineRule="auto"/>
    </w:pPr>
    <w:rPr>
      <w:rFonts w:ascii="Aptos" w:hAnsi="Aptos"/>
      <w:color w:val="243238"/>
      <w:sz w:val="21"/>
    </w:rPr>
  </w:style>
  <w:style w:type="paragraph" w:styleId="berschrift1">
    <w:name w:val="heading 1"/>
    <w:basedOn w:val="Standard"/>
    <w:next w:val="Standard"/>
    <w:link w:val="berschrift1Zchn"/>
    <w:uiPriority w:val="9"/>
    <w:qFormat/>
    <w:rsid w:val="00FC693F"/>
    <w:pPr>
      <w:keepNext/>
      <w:keepLines/>
      <w:spacing w:before="300" w:after="140"/>
      <w:outlineLvl w:val="0"/>
    </w:pPr>
    <w:rPr>
      <w:rFonts w:asciiTheme="majorHAnsi" w:eastAsiaTheme="majorEastAsia" w:hAnsiTheme="majorHAnsi" w:cstheme="majorBidi"/>
      <w:b/>
      <w:bCs/>
      <w:color w:val="294C5A"/>
      <w:sz w:val="34"/>
      <w:szCs w:val="28"/>
    </w:rPr>
  </w:style>
  <w:style w:type="paragraph" w:styleId="berschrift2">
    <w:name w:val="heading 2"/>
    <w:basedOn w:val="Standard"/>
    <w:next w:val="Standard"/>
    <w:link w:val="berschrift2Zchn"/>
    <w:uiPriority w:val="9"/>
    <w:unhideWhenUsed/>
    <w:qFormat/>
    <w:rsid w:val="00FC693F"/>
    <w:pPr>
      <w:keepNext/>
      <w:keepLines/>
      <w:spacing w:before="220"/>
      <w:outlineLvl w:val="1"/>
    </w:pPr>
    <w:rPr>
      <w:rFonts w:asciiTheme="majorHAnsi" w:eastAsiaTheme="majorEastAsia" w:hAnsiTheme="majorHAnsi" w:cstheme="majorBidi"/>
      <w:b/>
      <w:bCs/>
      <w:color w:val="294C5A"/>
      <w:sz w:val="26"/>
      <w:szCs w:val="26"/>
    </w:rPr>
  </w:style>
  <w:style w:type="paragraph" w:styleId="berschrift3">
    <w:name w:val="heading 3"/>
    <w:basedOn w:val="Standard"/>
    <w:next w:val="Standard"/>
    <w:link w:val="berschrift3Zchn"/>
    <w:uiPriority w:val="9"/>
    <w:unhideWhenUsed/>
    <w:qFormat/>
    <w:rsid w:val="00FC693F"/>
    <w:pPr>
      <w:keepNext/>
      <w:keepLines/>
      <w:spacing w:before="160" w:after="80"/>
      <w:outlineLvl w:val="2"/>
    </w:pPr>
    <w:rPr>
      <w:rFonts w:asciiTheme="majorHAnsi" w:eastAsiaTheme="majorEastAsia" w:hAnsiTheme="majorHAnsi" w:cstheme="majorBidi"/>
      <w:b/>
      <w:bCs/>
      <w:color w:val="294C5A"/>
      <w:sz w:val="23"/>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693</Words>
  <Characters>5007</Characters>
  <Application>Microsoft Office Word</Application>
  <DocSecurity>0</DocSecurity>
  <Lines>86</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Daniela Ciotto</cp:lastModifiedBy>
  <cp:revision>4</cp:revision>
  <dcterms:created xsi:type="dcterms:W3CDTF">2026-08-13T08:09:00Z</dcterms:created>
  <dcterms:modified xsi:type="dcterms:W3CDTF">2026-08-26T06:39:00Z</dcterms:modified>
  <cp:category/>
</cp:coreProperties>
</file>